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חידות וטריוויה: משחקי חשיבה לכיתה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ידע כללי על ישראל והעולם בדרך חווייתית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לוגית, שברים ואחוזים דרך חידות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אוצר מילים ויכולת פענוח רמזים מטאפוריים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עבודת צוות, ניסוח נימוקים ובניית חידות מקוריות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ידע כללי: ישראל והעולם – שאלות 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ים המלח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הנגב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ידע כללי: ישראל והעולם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אסתר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זיתים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ידע כללי: ישראל והעולם – הסבר והבנה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חידות היגיון, שברים ואחוזים – היכרות עם סוגי החידות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פרות ותרנגולות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חידות היגיון, שברים ואחוזים – תרגול יישומי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חידות היגיון, שברים ואחוזים – פתרון מלא וחשיבה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מה אני? ומה המשותף – חשיבה ולשון – הכרות עם המשחקים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לפענח רמזים מטאפוריים ולנחש למה הם מתכוונים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למצוא מילה אחת שמקשרת בין כמה רמזים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כמה אותיות יש במילה המשותפת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מה אני? ומה המשותף – חשיבה ולשון – פענוח 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מה אני? ומה המשותף – חשיבה ולשון – יצירה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(ביטוי עם שתי משמעויות אפשריות)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(תיאור של מקום, נהר או מדבר)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(תיאור של מנהיג או ערך חברתי)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(תיאור של התמודדות או פתרון בעיה)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מה אני? ומה המשותף – חשיבה ולשון – כתיבה עצמית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גלו את המקום וחדר בריחה – היכרות עם המשחקים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לפענח רמזים בתמונות ובמשבצות ולגלות איזה מקום מתואר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סיפור קצר עם כמה שלבים, ובכל שלב מפענחים ספרה לקוד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חדר בריחה ומקומות – 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המשבצות עוזרות לדעת את אורך שם המקום לפני הניחוש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שלושה חדרי בריחה שונים: רכבת, קרוואן במדבר וחדר הדינוזאורים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פענוח ושיוך רמזים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התאמת רמזים למקומות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(המים כל כך מלוחים שאפשר לצוף בהם בקלות)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(אגם המים המתוקים הגדול בישראל, בצפון הארץ)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(מדבר גדול שמשתרע בדרום הארץ)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(עיר עם חומות עתיקות, מקום קדוש ומרכז שלטוני)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מייצרים חידות בעצמנו – היכרות עם מבנה החידות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ארבע אפשרויות 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כמה אותיות יש במילה המשותפת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מייצרים חידות בעצמנו – התאמה ושימוש במבנה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רגליים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רמז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מייצרים חידות בעצמנו – התאמת סוגי 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(שאלה עם ארבע תשובות אפשריות על הארץ)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(רמזים שמחברים אותם למילה אחת)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(חידת היגיון או חשבון עם פתרון מודרך)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(רמזים בתמונות ומשבצות לאותיות)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מייצרים חידות בעצמנו – בודקים מבנה תקין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ידע כללי ומשחקי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הנגב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נילוס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יוצרים ומסבירים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חידה עם 3 רמזים הגיוניים שמובילים בהדרגה לתשובה ברורה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זיהוי אישי של נקודות חוזק וקושי, לא רק 'הכול קל/קשה'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ניסוח הגיוני קצר שמסביר את התשובה, לא רק חזרה על המילה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עובדה אחת ברורה ומדויקת שנלמדה, לא ניחוש כללי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לפי מפגשים: פרק אחד או שניים בכל שיעור, כך שחמשת הפרקים יתפרסו על פני כמה שיעורים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לאפשר שימוש ברמזים הכתובים בחוברת לפני מעבר לתשובה, ולתלמידים מתקדמים לבקש גם לנמק מדוע תשובות אחרות שגויות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בפרק ההיגיון והאחוזים כדאי לעודד כתיבה מסודרת של דרך הפתרון, לא רק סימון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בפרק האחרון אפשר לארגן החלפת חידות בין זוגות או קבוצות, כך שכל תלמיד/ה פותר/ת חידה שחבר/ה כתב/ה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חידות וטריוויה: משחקי חשיבה לכיתה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בכל פרק תמצאו חידות וטריוויה מאותו סוג שמופיע באתר – פתרו לבד או בזוגות, ונסו לכתוב גם את הדרך ולא רק את התשובה הסופית. בפרק האחרון תתבקשו להמציא חידות בעצמכם, בעזרת מה שלמדתם.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רמז  ·  רגליים  ·  12  ·  מפה  ·  2  ·  מדבר  ·  אסתר  ·  זיתים  ·  קשר  ·  12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ידע כללי: ישראל והעולם – שאלות פתיחה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אגם הוא מקור המים המתוקים הגדול ביותר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מפרץ 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ים אפשר לצוף בקלות בזכות ריכוז המלח הגבוה?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הים האדום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איזה מדבר משתרע בדרום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סהרה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אטקמה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הנגב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ידע כללי: ישראל והעולם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בחג פורים קוראים את מגילת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שמן זית מופק מכתישת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ידע כללי: ישראל והעולם – הסבר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חידות היגיון, שברים ואחוזים – היכרות עם סוגי החידות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בחידת ראשים ורגליים בחווה, אילו בעלי חיים יש בחווה?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פרות ותרנגולות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כבשים וברווזים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רגליים יש לפרה אחת?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4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חידות היגיון, שברים ואחוזים – תרגול יישומי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במקור, עוגת יום ההולדת בחידה נחתכה ל-__________ חתיכות שוות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בחווה יש 5 ראשים ו-14 רגליים, ויש בה רק פרות ותרנגולות. מספר הפרות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עוגה חולקה ל-16 חתיכות שוות, ואכלו רבע מהעוגה. מספר החתיכות שנשארו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חידות היגיון, שברים ואחוזים – פתרון מלא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3 · מה אני? ומה המשותף – חשיבה ולשון – הכרות עם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במשחק 'מה אני?' המשימה של הפותר/ת היא בעיקר: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לענות מהר ככל האפשר בלי לחשוב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לפענח רמזים מטאפוריים ולנחש למה הם מתכוונים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לצייר את התשובה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במשחק 'מה המשותף' מטרת השחקנים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למצוא ארבע תמונות שונות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למצוא מילה אחת שמקשרת בין כמה רמזים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לצייר תמונה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המשבצות שמופיעות במשחק 'מה המשותף' מראות בדרך כלל: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את מספר הקבוצות המשחקות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כמה דקות נשארו למשחק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כמה אותיות יש במילה המשותפת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מה אני? ומה המשותף – חשיבה ולשון – פענוח 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ברמז 'יש בי ערים בלי בתים, יערות בלי עצים וימים בלי טיפת מים' – התשובה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כאשר פותרים חידת 'מה אני?' כדאי קודם לזהות את ה__________ המשותף לכל הרמזים, ולא למהר לנחש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מה אני? ומה המשותף – חשיבה ולשון – יצירה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רמז מתחום הלשון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תיאור של מקום, נהר או מדבר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רמז מתחום הגאוגרפיה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תיאור של התמודדות או פתרון בעיה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רמז מתחום החברה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ביטוי עם שתי משמעויות אפשריות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רמז מתחום החוסן והחשיבה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תיאור של מנהיג או ערך חברתי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מה אני? ומה המשותף – חשיבה ולשון – כתיבה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גלו את המקום וחדר בריחה – היכרות עם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המטרה במשחק 'גלו את המקום'?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לפענח רמזים בתמונות ובמשבצות ולגלות איזה מקום מתואר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לשיר שיר על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לצייר מפה של 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מיוחד בחדרי הבריחה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סיפור קצר עם כמה שלבים, ובכל שלב מפענחים ספרה לקוד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רק שאלה אחת בלי פתרון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משחק כדורגל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חדר בריחה ומקומות –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במשחק 'גלו את המקום' יש משבצות שמראות כמה אותיות יש במילה המבוקשת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יש רק חדר בריחה אחד לבחירה באתר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פענוח ושיוך רמזים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חדר הבריחה 'הסוד של הקרוואן במדבר' מתרחש בקרוואן של משפחה בצומת שקט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התאמת רמזים למקומות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ים המלח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אגם המים המתוקים הגדול בישראל, בצפון הארץ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הכנרת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המים כל כך מלוחים שאפשר לצוף בהם בקלות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הנגב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עיר עם חומות עתיקות, מקום קדוש ומרכז שלטוני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ירושלים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מדבר גדול שמשתרע בדרום הארץ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מייצרים חידות בעצמנו – היכרות עם מבנה החידות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בחידון ששי ישראלי כל שאלה מלווה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ארבע אפשרויות 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שאלה פתוחה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תמונה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בחידות מה המשותף מה מראות המשבצות הריקות?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כמה אותיות יש במילה המשותפת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את הניקוד של 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את הפתרון המלא מראש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מייצרים חידות בעצמנו – התאמה ושימוש במבנה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בחידה על פרות ותרנגולות בחווה צריך לדעת כמה __________ יש בסך הכול כדי לפתור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בכל חידה טובה כדאי שיהיה גם __________ שעוזר למי שנתקע בפתרון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מייצרים חידות בעצמנו – התאמת סוגי 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ששי ישראלי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חידת היגיון או חשבון עם פתרון מודרך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מה המשותף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שאלה עם ארבע תשובות אפשריות על הארץ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חידה בקטנה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רמזים בתמונות ומשבצות לאותיות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גלו את המקום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רמזים שמחברים אותם למילה אחת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מייצרים חידות בעצמנו – בודקים מבנה תקין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חזרה מסכמת – ידע כללי ומשחקי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אגם הוא מקור המים המתוקים הגדול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מפרץ 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מדבר גדול משתרע בדרום הארץ?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סהרה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הנגב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גובי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איזה נהר באפריקה נחשב לארוך בעולם?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דנובה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נילוס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ירדן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חזרה מסכמת – יוצרים ומסבירים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חידה משלכם בסגנון 'מה אני?' עם 3 רמזים על חפץ או מקום לבחירתכם.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אילו שני סוגי חידות מצאתי הכי קלים לי, ואילו הכי מאתגרים?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הצלחתי להסביר במילים שלי למה תשובה מסוימת נכונה, ולא רק לבחור אותה?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חידות וטריוויה: משחקי חשיבה לכיתה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