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חידות וטריוויה: משחקי חשיבה לכיתה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ידע כללי על ישראל והעולם בדרך חווייתית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לוגית, שברים ואחוזים דרך חידות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אוצר מילים ויכולת פענוח רמזים מטאפוריים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עבודת צוות, ניסוח נימוקים ובניית חידות מקוריות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ידע כללי: ישראל והעולם – שאלות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הנגב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מגן 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נילוס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ידע כללי: ישראל והעולם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ט״ו בשבט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ידע כללי: ישראל והעולם – הסבר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בים המלח יש ריכוז מלח גבוה מאוד, שמעלה את צפיפות המים, ולכן הגוף צף עליהם כמעט בלי מאמץ.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הכנרת היא אגם מים מתוקים המשמש מקור מים לשתייה, וים המלח הוא ים מלוח מאוד שאי אפשר לשתות ממנו.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הנגב תופס חלק גדול משטח המדינה, מבאר שבע ועד אילת, ולכן יש לו חשיבות רבה בגיאוגרפיה של ישראל.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חידות היגיון, שברים ואחוזים – היכרות עם סוגי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פרות ותרנגולות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חידות היגיון, שברים ואחוזים – תרגול יישומי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אפשר להניח שכל בעלי החיים הם תרנגולות ולחשב כמה רגליים חסרות, ואז להמיר חלק מהן לפרות; לכל פרה שמוחלפת נוספות 2 רגליים, עד שמגיעים למספר הרגליים הנתון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חידות היגיון, שברים ואחוזים – פתרון מלא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3 פרות ו-7 תרנגולות: 3 כפול 4 ועוד 7 כפול 2 שווה 26 רגליים, ו-3 ועוד 7 שווה 10 ראשים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שליש מ-30 הוא 30 חלקי 3 שווה 10 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 ההנחה הראשונה: 200 כפול 0.8 שווה 160. אחרי ההנחה השנייה: 160 כפול 0.9 שווה 144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 לבדוק שמספר הראשים ומספר הרגליים תואמים לפתרון שנבחר, ושהדרך מוצגת בבירור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מה אני? ומה המשותף – חשיבה ולשון – הכרות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לפענח רמזים מטאפוריים ולנחש למה הם מתכוונים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למצוא מילה אחת שמקשרת בין כמה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כמה אותיות יש במילה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מתמטיקה מתקדמת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מה אני? ומה המשותף – חשיבה ולשון – פענוח 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מטאפורי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מה אני? ומה המשותף – חשיבה ולשון – יצירה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(ביטוי עם שתי משמעויות אפשריות)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(תיאור של מקום, נהר או מדבר)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(תיאור של מנהיג או ערך חברתי)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(תיאור של התמודדות או פתרון בעיה)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מה אני? ומה המשותף – חשיבה ולשון – כתיבה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פתוחה: שלושה רמזים עקביים המובילים לאותה תשובה, בלי לחשוף אותה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רמז עקיף מכריח לחשוב על משמעות נוספת של המילים ולא לנחש מיד את התשובה המובנת מאליה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גלו את המקום וחדר בריחה – היכרות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לפענח רמזים בתמונות ובמשבצות ולגלות איזה מקום מתואר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סיפור קצר עם כמה שלבים, ובכל שלב מפענחים ספרה לקוד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4 שלבים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חדר בריחה ומקומות –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המשבצות עוזרות לדעת את אורך שם המקום לפני הניחוש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שלושה חדרי בריחה שונים: רכבת, קרוואן במדבר וחדר הדינוזאורים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פענוח ושיוך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התאמת רמזים למקומות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(המים כל כך מלוחים שאפשר לצוף בהם בקלות)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(אגם המים המתוקים הגדול בישראל, בצפון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(מדבר גדול שמשתרע בדרום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(עיר עם חומות עתיקות, מקום קדוש ומרכז שלטוני)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מייצרים חידות בעצמנו – היכרות עם מבנה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ארבע אפשרויות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כמה אותיות יש במילה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קוראים את הרמזים ומנחשים על מה מדובר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מייצרים חידות בעצמנו – התאמה ושימוש במבנה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מייצרים חידות בעצמנו – התאמת סוגי 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(שאלה עם ארבע תשובות אפשריות על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(רמזים שמחברים אותם למילה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(חידת היגיון או חשבון עם פתרון מודרך)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(רמזים בתמונות ומשבצות לאותיות)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(רמזים טקסטואליים לניחוש דבר או מושג)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מייצרים חידות בעצמנו – בודקים מבנה תקין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שאלה ברורה, תשובה נכונה אחת והסבר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ידע כללי ומשחקי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הנגב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נילוס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3 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יוצרים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חידה עם 3 רמזים הגיוניים שמובילים בהדרגה לתשובה ברורה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קצר המצביע על תכונה או רעיון המחבר בין שני הפריטים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הכולל: הנחת משתנים, בניית משוואה או ניסוי מספרים, ובדיקה שהתוצאה מתאימה לשני הנתונים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זיהוי אישי של נקודות חוזק וקושי, לא רק 'הכול קל/קשה'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ניסוח הגיוני קצר שמסביר את התשובה, לא רק חזרה על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עובדה אחת ברורה ומדויקת שנלמדה, לא ניחוש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מפגשים: פרק אחד או שניים בכל שיעור, כך שחמשת הפרקים יתפרסו על פני כמה שיעורים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לאפשר שימוש ברמזים הכתובים בחוברת לפני מעבר לתשובה, ולתלמידים מתקדמים לבקש גם לנמק מדוע תשובות אחרות שגויות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ההיגיון והאחוזים כדאי לעודד כתיבה מסודרת של דרך הפתרון, לא רק סימון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האחרון אפשר לארגן החלפת חידות בין זוגות או קבוצות, כך שכל תלמיד/ה פותר/ת חידה שחבר/ה כתב/ה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חידות וטריוויה: משחקי חשיבה לכיתה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תמצאו חידות וטריוויה מאותו סוג שמופיע באתר – פתרו לבד או בזוגות, ונסו לכתוב גם את הדרך ולא רק את התשובה הסופית. בפרק האחרון תתבקשו להמציא חידות בעצמכם, בעזרת מה שלמדתם.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ידע כללי: ישראל והעולם – שאלות 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אגם הוא מקור המים המתוקים הגדול ביותר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ים אפשר לצוף בקלות בזכות ריכוז המלח הגבוה?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הים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מדבר משתרע בדרום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אטקמה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סמל נמצא במרכז דגל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מגן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עלה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נהר באפריקה נחשב לארוך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ידע כללי: ישראל והעולם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פורים קוראים את מגילת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שמן זית מופק מכתישת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בעברית יש __________ אותיות סופיות.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חג __________ הוא ראש השנה לאילנות ונוהגים בו לנטוע עצים.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ידע כללי: ישראל והעולם – הסבר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אפשר לצוף בקלות בים המלח.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העיקרי בין הכנרת לים המלח?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הקשר בין הנגב לגודל שטחה של 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חידות היגיון, שברים ואחוזים – היכרות עם סוגי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בחידת ראשים ורגליים בחווה, אילו בעלי חיים יש בחווה?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פרות ותרנגולות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כבשים וברווזים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תרנגולות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רגליים יש לפרה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רגליים יש לתרנגולת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חידות היגיון, שברים ואחוזים – תרגול יישומי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במקור, עוגת יום ההולדת בחידה נחתכה ל-__________ חתיכות שוות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בחווה יש 5 ראשים ו-14 רגליים, ויש בה רק פרות ותרנגולות. מספר הפרות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עוגה חולקה ל-16 חתיכות שוות, ואכלו רבע מהעוגה. מספר החתיכות שנשארו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מחיר חולצה הוא 80 שקלים, ועליה הנחה של 25 אחוזים. המחיר אחרי ההנחה הוא __________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הסבירו בשניים-שלושה משפטים איך אפשר לפתור חידת ראשים ורגליים, גם בלי לנחש בכל פעם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חידות היגיון, שברים ואחוזים – פתרון מלא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בחווה יש 10 ראשים ו-26 רגליים, פרות ותרנגולות בלבד. כמה תרנגולות יש? הציגו את דרך הפתרון בשלבים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בכיתה 30 תלמידים, שליש מהם בחרו בטיול לים. כמה תלמידים בחרו בטיול לים? הציגו חישוב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בחנות יש הנחה של 20 אחוז, ואז הנחה נוספת של 10 אחוז על המחיר המוזל. המחיר המקורי 200 שקלים. מה המחיר הסופי? הציגו את שלבי החישוב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חידת ראשים ורגליים משלכם עם פרות ותרנגולות, וצרפו פתרון מלא עם שלבי החישוב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מה אני? ומה המשותף – חשיבה ולשון – הכרות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במשחק 'מה אני?' המשימה של הפותר/ת היא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לענות מהר ככל האפשר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לפענח רמזים מטאפוריים ולנחש למה הם מתכוונים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את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לשנן רשימת מילים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במשחק 'מה המשותף' מטרת השחקנים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למצוא ארבע תמונות שונות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למצוא מילה אחת שמקשרת בין כמה רמזים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תמונה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לפתור תרגיל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המשבצות שמופיעות במשחק 'מה המשותף' מראות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מספר הקבוצות המשחקות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דקות נשארו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אותיות יש במילה המשותפת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שחקנים ניחשו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אפשר לסנן את חידות 'מה המשותף' לפי נושא. איזה נושא אינו מופיע ברשימת הסינון?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 וביטויים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גאוגרפיה וסביבה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מנהיגות וחברה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מתמטיקה מתקדמת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מה אני? ומה המשותף – חשיבה ולשון – פענוח 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ברמז 'יש בי ערים בלי בתים, יערות בלי עצים וימים בלי טיפת מים' – התשובה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לרמזים 'ירח, ירוק, נר, כוכבים' מתחברת המילה המשותפת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רמז שמתאר דבר בעקיפין ובצורה פיגורטיבית נקרא רמז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פותרים חידת 'מה אני?' כדאי קודם לזהות את ה__________ המשותף לכל הרמזים, ולא למהר לנחש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מה אני? ומה המשותף – חשיבה ולשון – יצירה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רמז מתחום הלשון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תיאור של מקום, נהר או מדבר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רמז מתחום הגאוגרפיה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ביטוי עם שתי משמעויות אפשריות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רמז מתחום החברה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תיאור של מנהיג או ערך חברתי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רמז מתחום החוסן והחשיבה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תיאור של התמודדות או פתרון בעיה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מה אני? ומה המשותף – חשיבה ולשון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חידת 'מה אני?' משלכם – שלושה רמזים קצרים שמובילים לתשובה אחת (למשל חפץ, מקום או תופעה)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או שניים מדוע רמז עקיף (כמו 'ערים בלי בתים') עוזר לחידה להיות מעניינת ולא קלה מדי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גלו את המקום וחדר בריחה – היכרות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במשחק 'גלו את המקום'?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לפענח רמזים בתמונות ובמשבצות ולגלות איזה מקום מתואר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לשיר שיר על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מפה של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מיוחד בחדרי הבריחה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קצר עם כמה שלבים, ובכל שלב מפענחים ספרה לקוד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שאלה אחת בלי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סרטון ללא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שלבים יש בכל חדר בריחה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 שלבים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חדר בריחה ומקומות –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'גלו את המקום' יש משבצות שמראות כמה אותיות יש במילה המבוקשת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חדר בריחה אחד לבחירה באתר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פענוח ושיוך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חדר הבריחה 'הסוד של הקרוואן במדבר' מתרחש בקרוואן של משפחה בצומת שקט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התאמת רמזים למקומות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עיר עם חומות עתיקות, מקום קדוש ומרכז שלטוני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מדבר גדול שמשתרע בדרום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הנגב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אגם המים המתוקים הגדול בישראל, בצפון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המים כל כך מלוחים שאפשר לצוף בהם בקלות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מייצרים חידות בעצמנו – היכרות עם מבנה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בחידון ששי ישראלי כל שאלה מלווה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 אפשרויות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פתוחה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הקלטת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בחידות מה המשותף מה מראות המשבצות הריקות?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אותיות יש במילה המשותפת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הניקוד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הפתרון המלא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שם מי שחיבר את החידה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בחידת מה אני איך פותרים את החידה?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את הרמזים ומנחשים על מה מדובר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מתוך ארבע תשובות קבועות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פותרים תרגיל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מציירים תמונה של התשובה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מייצרים חידות בעצמנו – התאמה ושימוש במבנה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בחידה על פרות ותרנגולות בחווה צריך לדעת כמה __________ יש בסך הכול כדי לפתור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 חידה טובה כדאי שיהיה גם __________ שעוזר למי שנתקע בפתרון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מייצרים חידות בעצמנו – התאמת סוגי 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ששי ישראלי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רמזים טקסטואליים לניחוש דבר או מושג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המשותף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רמזים בתמונות ומשבצות לאותיות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חידה בקטנה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רמזים שמחברים אותם למילה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גלו את המקום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חידת היגיון או חשבון עם פתרון מודרך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שאלה עם ארבע תשובות אפשריות על הארץ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מייצרים חידות בעצמנו – בודקים מבנה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מרכיב הכרחי כדי שחידה תהיה הוגנת וברורה לפותרים?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ברורה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תשובה נכונה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הסבר קצר לתשובה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ברורה, תשובה נכונה אחת והסבר קצר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ידע כללי ומשחקי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אגם הוא מקור המים המתוקים הגדול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מדבר גדול משתרע בדרום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אטקמה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נהר באפריקה נחשב לארוך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בחווה יש רק פרות ותרנגולות. ספרו 7 ראשים ו-20 רגליים. כמה פרות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עוגה חתוכה ל-12 חתיכות שוות. אכלו רבע מהעוגה. כמה חתיכות נשארו?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המילה המשותפת לרמזים: ירח, ירוק, נר, כוכבים?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חידת 'מה אני?': יש בי ערים בלי בתים, יערות בלי עצים וימים בלי טיפת מים. מה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כמה אותיות סופיות יש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יוצרים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חידה משלכם בסגנון 'מה אני?' עם 3 רמזים על חפץ או מקום לבחירתכם.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 מילים או תמונות וכתבו מה המשותף ביניהן, בסגנון משחק 'מה המשותף'.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צעד אחר צעד איך פותרים חידה כמו חידת הפרות והתרנגולות (ראשים ורגליים).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סוגי חידות מצאתי הכי קלים לי, ואילו הכי מאתגרים?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להסביר במילים שלי למה תשובה מסוימת נכונה, ולא רק לבחור אותה?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למדתי חדש על ישראל או על העולם מתוך החידות בפרק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חידות וטריוויה: משחקי חשיבה לכיתה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